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D4D11F" w14:textId="77777777" w:rsidR="00C76D25" w:rsidRPr="00781EAD" w:rsidRDefault="00000000" w:rsidP="00183271">
      <w:pPr>
        <w:pStyle w:val="Heading1"/>
        <w:jc w:val="center"/>
        <w:rPr>
          <w:color w:val="6A1B9A"/>
          <w:sz w:val="72"/>
          <w:szCs w:val="72"/>
        </w:rPr>
      </w:pPr>
      <w:r w:rsidRPr="00781EAD">
        <w:rPr>
          <w:color w:val="6A1B9A"/>
          <w:sz w:val="72"/>
          <w:szCs w:val="72"/>
        </w:rPr>
        <w:t>Application Form</w:t>
      </w:r>
    </w:p>
    <w:p w14:paraId="666751E0" w14:textId="77777777" w:rsidR="00C76D25" w:rsidRDefault="00C76D25"/>
    <w:p w14:paraId="24BCE062" w14:textId="77777777" w:rsidR="00C76D25" w:rsidRDefault="00000000">
      <w:r>
        <w:t>Full Name: ________________________________________</w:t>
      </w:r>
    </w:p>
    <w:p w14:paraId="7CF8D98D" w14:textId="77777777" w:rsidR="00C76D25" w:rsidRDefault="00000000">
      <w:r>
        <w:t>Email: ________________________________________</w:t>
      </w:r>
    </w:p>
    <w:p w14:paraId="71BF0123" w14:textId="77777777" w:rsidR="00C76D25" w:rsidRDefault="00000000">
      <w:r>
        <w:t>Phone: ________________________________________</w:t>
      </w:r>
    </w:p>
    <w:p w14:paraId="479B92ED" w14:textId="72FFFD04" w:rsidR="00C76D25" w:rsidRDefault="00000000">
      <w:r>
        <w:t>Select job Category:</w:t>
      </w:r>
    </w:p>
    <w:p w14:paraId="25CDE8BF" w14:textId="0837878A" w:rsidR="00183271" w:rsidRDefault="00183271" w:rsidP="00183271">
      <w:r>
        <w:t xml:space="preserve">Check the correct job </w:t>
      </w:r>
      <w:r>
        <w:t>Category:</w:t>
      </w:r>
      <w:r>
        <w:t xml:space="preserve"> (according to your skills):</w:t>
      </w:r>
    </w:p>
    <w:p w14:paraId="6766B4A3" w14:textId="5075494E" w:rsidR="00183271" w:rsidRPr="00781EAD" w:rsidRDefault="00183271" w:rsidP="00183271">
      <w:pPr>
        <w:pStyle w:val="Heading2"/>
        <w:rPr>
          <w:color w:val="6A1B9A"/>
        </w:rPr>
      </w:pPr>
      <w:r w:rsidRPr="00781EAD">
        <w:rPr>
          <w:color w:val="6A1B9A"/>
        </w:rPr>
        <w:t>Job Category</w:t>
      </w:r>
    </w:p>
    <w:p w14:paraId="2BDF04F5" w14:textId="14E7D17B" w:rsidR="00183271" w:rsidRDefault="00C517DC">
      <w:sdt>
        <w:sdtPr>
          <w:id w:val="-4521520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 w:rsidR="00183271">
        <w:t xml:space="preserve"> </w:t>
      </w:r>
      <w:r w:rsidR="00183271">
        <w:t xml:space="preserve">Nursing Roles </w:t>
      </w:r>
      <w:r w:rsidR="00183271">
        <w:t xml:space="preserve">  </w:t>
      </w:r>
      <w:sdt>
        <w:sdtPr>
          <w:id w:val="11926453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 w:rsidR="00183271">
        <w:t xml:space="preserve"> </w:t>
      </w:r>
      <w:r w:rsidR="00183271">
        <w:t xml:space="preserve">Allied Health </w:t>
      </w:r>
      <w:proofErr w:type="gramStart"/>
      <w:r w:rsidR="00183271">
        <w:t>Professionals</w:t>
      </w:r>
      <w:r w:rsidR="00183271">
        <w:t>(</w:t>
      </w:r>
      <w:proofErr w:type="gramEnd"/>
      <w:r w:rsidR="00183271">
        <w:t>AHP</w:t>
      </w:r>
      <w:r w:rsidR="00183271">
        <w:t xml:space="preserve">s)   </w:t>
      </w:r>
      <w:sdt>
        <w:sdtPr>
          <w:id w:val="21986926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 w:rsidR="00183271">
        <w:t xml:space="preserve"> </w:t>
      </w:r>
      <w:r w:rsidR="00183271">
        <w:t>Care Home and Hospice Staff</w:t>
      </w:r>
      <w:r w:rsidR="00183271">
        <w:t xml:space="preserve">   </w:t>
      </w:r>
      <w:r w:rsidR="00183271">
        <w:t xml:space="preserve">  </w:t>
      </w:r>
      <w:sdt>
        <w:sdtPr>
          <w:id w:val="-57558745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 w:rsidR="00183271">
        <w:t xml:space="preserve"> </w:t>
      </w:r>
      <w:r w:rsidR="00183271">
        <w:t>Administrative and Support Roles</w:t>
      </w:r>
    </w:p>
    <w:p w14:paraId="366067A3" w14:textId="77777777" w:rsidR="00C76D25" w:rsidRDefault="00000000">
      <w:r>
        <w:t>Check the correct job Position (according to your skills):</w:t>
      </w:r>
    </w:p>
    <w:p w14:paraId="2B74B461" w14:textId="77777777" w:rsidR="00C76D25" w:rsidRPr="00781EAD" w:rsidRDefault="00000000">
      <w:pPr>
        <w:pStyle w:val="Heading2"/>
        <w:rPr>
          <w:color w:val="6A1B9A"/>
        </w:rPr>
      </w:pPr>
      <w:r w:rsidRPr="00781EAD">
        <w:rPr>
          <w:color w:val="6A1B9A"/>
        </w:rPr>
        <w:t>Nursing Roles</w:t>
      </w:r>
    </w:p>
    <w:p w14:paraId="3738B0C0" w14:textId="3214CBA3" w:rsidR="00C76D25" w:rsidRDefault="00C517DC">
      <w:sdt>
        <w:sdtPr>
          <w:id w:val="-37839384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 w:rsidR="00000000">
        <w:t xml:space="preserve"> Registered General Nurses (</w:t>
      </w:r>
      <w:proofErr w:type="gramStart"/>
      <w:r w:rsidR="00000000">
        <w:t xml:space="preserve">RGNs)   </w:t>
      </w:r>
      <w:proofErr w:type="gramEnd"/>
      <w:sdt>
        <w:sdtPr>
          <w:id w:val="-153495277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 w:rsidR="00000000">
        <w:t xml:space="preserve"> Registered Mental Health Nurses (RMNs)  </w:t>
      </w:r>
      <w:r>
        <w:tab/>
        <w:t xml:space="preserve">            </w:t>
      </w:r>
      <w:sdt>
        <w:sdtPr>
          <w:id w:val="152752219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 w:rsidR="00000000">
        <w:t xml:space="preserve"> Specialist Nurses   </w:t>
      </w:r>
      <w:sdt>
        <w:sdtPr>
          <w:id w:val="-117356519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 w:rsidR="00000000">
        <w:t xml:space="preserve"> Healthcare Assistants (HCAs)</w:t>
      </w:r>
    </w:p>
    <w:p w14:paraId="14E1827B" w14:textId="77777777" w:rsidR="00C76D25" w:rsidRPr="00781EAD" w:rsidRDefault="00000000">
      <w:pPr>
        <w:pStyle w:val="Heading2"/>
        <w:rPr>
          <w:color w:val="6A1B9A"/>
        </w:rPr>
      </w:pPr>
      <w:r w:rsidRPr="00781EAD">
        <w:rPr>
          <w:color w:val="6A1B9A"/>
        </w:rPr>
        <w:t>Allied Health Professionals (AHPs)</w:t>
      </w:r>
    </w:p>
    <w:p w14:paraId="2A575C29" w14:textId="1E55EA6C" w:rsidR="00C76D25" w:rsidRDefault="00C517DC">
      <w:sdt>
        <w:sdtPr>
          <w:id w:val="106668992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 w:rsidR="00000000">
        <w:t xml:space="preserve"> Physiotherapists   </w:t>
      </w:r>
      <w:sdt>
        <w:sdtPr>
          <w:id w:val="-99987645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 w:rsidR="00000000">
        <w:t xml:space="preserve"> Occupational Therapists   </w:t>
      </w:r>
      <w:sdt>
        <w:sdtPr>
          <w:id w:val="103239407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 w:rsidR="00000000">
        <w:t xml:space="preserve"> Speech and Language Therapists   </w:t>
      </w:r>
      <w:r>
        <w:t xml:space="preserve">      </w:t>
      </w:r>
      <w:sdt>
        <w:sdtPr>
          <w:id w:val="58504833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 w:rsidR="00000000">
        <w:t xml:space="preserve"> Radiographers</w:t>
      </w:r>
    </w:p>
    <w:p w14:paraId="74776290" w14:textId="77777777" w:rsidR="00C76D25" w:rsidRPr="00781EAD" w:rsidRDefault="00000000">
      <w:pPr>
        <w:pStyle w:val="Heading2"/>
        <w:rPr>
          <w:color w:val="6A1B9A"/>
        </w:rPr>
      </w:pPr>
      <w:r w:rsidRPr="00781EAD">
        <w:rPr>
          <w:color w:val="6A1B9A"/>
        </w:rPr>
        <w:t>Care Home and Hospice Staff</w:t>
      </w:r>
    </w:p>
    <w:p w14:paraId="230D2E11" w14:textId="73316FFD" w:rsidR="00C76D25" w:rsidRDefault="00C517DC">
      <w:sdt>
        <w:sdtPr>
          <w:id w:val="-133814450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 w:rsidR="00000000">
        <w:t xml:space="preserve"> Care Home Nurses   </w:t>
      </w:r>
      <w:sdt>
        <w:sdtPr>
          <w:id w:val="202212896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 w:rsidR="00000000">
        <w:t xml:space="preserve"> Hospice Care Nurses</w:t>
      </w:r>
    </w:p>
    <w:p w14:paraId="4BAD107A" w14:textId="77777777" w:rsidR="00C76D25" w:rsidRPr="00781EAD" w:rsidRDefault="00000000">
      <w:pPr>
        <w:pStyle w:val="Heading2"/>
        <w:rPr>
          <w:color w:val="6A1B9A"/>
        </w:rPr>
      </w:pPr>
      <w:r w:rsidRPr="00781EAD">
        <w:rPr>
          <w:color w:val="6A1B9A"/>
        </w:rPr>
        <w:t>Administrative and Support Roles</w:t>
      </w:r>
    </w:p>
    <w:p w14:paraId="495DEB0A" w14:textId="7929BBBE" w:rsidR="00C76D25" w:rsidRDefault="00C517DC">
      <w:sdt>
        <w:sdtPr>
          <w:id w:val="-162970287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81EAD">
            <w:rPr>
              <w:rFonts w:ascii="MS Gothic" w:eastAsia="MS Gothic" w:hAnsi="MS Gothic" w:hint="eastAsia"/>
            </w:rPr>
            <w:t>☐</w:t>
          </w:r>
        </w:sdtContent>
      </w:sdt>
      <w:r w:rsidR="00000000">
        <w:t xml:space="preserve"> Healthcare Recruiters   </w:t>
      </w:r>
      <w:sdt>
        <w:sdtPr>
          <w:id w:val="-152423580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81EAD">
            <w:rPr>
              <w:rFonts w:ascii="MS Gothic" w:eastAsia="MS Gothic" w:hAnsi="MS Gothic" w:hint="eastAsia"/>
            </w:rPr>
            <w:t>☐</w:t>
          </w:r>
        </w:sdtContent>
      </w:sdt>
      <w:r w:rsidR="00000000">
        <w:t xml:space="preserve"> Compliance Officer</w:t>
      </w:r>
    </w:p>
    <w:p w14:paraId="330ECCDA" w14:textId="77777777" w:rsidR="00C76D25" w:rsidRDefault="00000000">
      <w:r>
        <w:t>Passport Number: ________________________________________</w:t>
      </w:r>
    </w:p>
    <w:p w14:paraId="59D5A873" w14:textId="77777777" w:rsidR="00C76D25" w:rsidRDefault="00000000">
      <w:r>
        <w:t>Nationality: ________________________________________</w:t>
      </w:r>
    </w:p>
    <w:p w14:paraId="74AC3B23" w14:textId="77777777" w:rsidR="00C76D25" w:rsidRDefault="00000000">
      <w:r>
        <w:t>Full Address: ________________________________________</w:t>
      </w:r>
    </w:p>
    <w:p w14:paraId="0E65951F" w14:textId="77777777" w:rsidR="00C76D25" w:rsidRDefault="00000000">
      <w:r>
        <w:t>Postal Code: ________________________________________</w:t>
      </w:r>
    </w:p>
    <w:p w14:paraId="6A166CD9" w14:textId="77777777" w:rsidR="00C76D25" w:rsidRDefault="00000000">
      <w:r>
        <w:t>Moving Date on This Address: ________________________________________</w:t>
      </w:r>
    </w:p>
    <w:p w14:paraId="795AAF93" w14:textId="09B34DDB" w:rsidR="00C76D25" w:rsidRDefault="00000000">
      <w:r>
        <w:lastRenderedPageBreak/>
        <w:t xml:space="preserve">Previous Address: </w:t>
      </w:r>
      <w:r w:rsidR="00C517DC">
        <w:t xml:space="preserve"> </w:t>
      </w:r>
      <w:sdt>
        <w:sdtPr>
          <w:id w:val="-10025923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517DC">
            <w:rPr>
              <w:rFonts w:ascii="MS Gothic" w:eastAsia="MS Gothic" w:hAnsi="MS Gothic" w:hint="eastAsia"/>
            </w:rPr>
            <w:t>☐</w:t>
          </w:r>
        </w:sdtContent>
      </w:sdt>
      <w:r w:rsidR="00C517DC">
        <w:t xml:space="preserve"> </w:t>
      </w:r>
      <w:r>
        <w:t xml:space="preserve">Yes   </w:t>
      </w:r>
      <w:sdt>
        <w:sdtPr>
          <w:id w:val="97194069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517DC">
            <w:rPr>
              <w:rFonts w:ascii="MS Gothic" w:eastAsia="MS Gothic" w:hAnsi="MS Gothic" w:hint="eastAsia"/>
            </w:rPr>
            <w:t>☐</w:t>
          </w:r>
        </w:sdtContent>
      </w:sdt>
      <w:r>
        <w:t xml:space="preserve"> No</w:t>
      </w:r>
    </w:p>
    <w:p w14:paraId="270E8613" w14:textId="77777777" w:rsidR="00C76D25" w:rsidRDefault="00000000">
      <w:r>
        <w:t>If yes then, Please Fill Below Information else ignore it:</w:t>
      </w:r>
    </w:p>
    <w:p w14:paraId="733A617D" w14:textId="77777777" w:rsidR="00C76D25" w:rsidRDefault="00000000">
      <w:r>
        <w:t>Full Address: ________________________________________</w:t>
      </w:r>
    </w:p>
    <w:p w14:paraId="21BAE967" w14:textId="77777777" w:rsidR="00C76D25" w:rsidRDefault="00000000">
      <w:r>
        <w:t>Postal Code: ________________________________________</w:t>
      </w:r>
    </w:p>
    <w:p w14:paraId="1A98EAF6" w14:textId="77777777" w:rsidR="00C76D25" w:rsidRDefault="00000000">
      <w:r>
        <w:t>Moving Date on This Address: ________________________________________</w:t>
      </w:r>
    </w:p>
    <w:p w14:paraId="777AB156" w14:textId="194DAEFB" w:rsidR="00C76D25" w:rsidRDefault="00000000">
      <w:r>
        <w:t xml:space="preserve">UK Driving </w:t>
      </w:r>
      <w:proofErr w:type="spellStart"/>
      <w:r>
        <w:t>Licence</w:t>
      </w:r>
      <w:proofErr w:type="spellEnd"/>
      <w:r>
        <w:t xml:space="preserve">: </w:t>
      </w:r>
      <w:sdt>
        <w:sdtPr>
          <w:id w:val="-31680892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81EAD">
            <w:rPr>
              <w:rFonts w:ascii="MS Gothic" w:eastAsia="MS Gothic" w:hAnsi="MS Gothic" w:hint="eastAsia"/>
            </w:rPr>
            <w:t>☐</w:t>
          </w:r>
        </w:sdtContent>
      </w:sdt>
      <w:r w:rsidR="00C517DC">
        <w:t xml:space="preserve"> </w:t>
      </w:r>
      <w:r>
        <w:t xml:space="preserve">Yes   </w:t>
      </w:r>
      <w:sdt>
        <w:sdtPr>
          <w:id w:val="-134346963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81EAD">
            <w:rPr>
              <w:rFonts w:ascii="MS Gothic" w:eastAsia="MS Gothic" w:hAnsi="MS Gothic" w:hint="eastAsia"/>
            </w:rPr>
            <w:t>☐</w:t>
          </w:r>
        </w:sdtContent>
      </w:sdt>
      <w:r>
        <w:t xml:space="preserve"> No</w:t>
      </w:r>
    </w:p>
    <w:p w14:paraId="38F22581" w14:textId="3289178E" w:rsidR="00C76D25" w:rsidRDefault="00000000">
      <w:r>
        <w:t xml:space="preserve">Do you have online DBS: </w:t>
      </w:r>
      <w:r w:rsidR="00C517DC">
        <w:t xml:space="preserve"> </w:t>
      </w:r>
      <w:sdt>
        <w:sdtPr>
          <w:id w:val="86362836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81EAD">
            <w:rPr>
              <w:rFonts w:ascii="MS Gothic" w:eastAsia="MS Gothic" w:hAnsi="MS Gothic" w:hint="eastAsia"/>
            </w:rPr>
            <w:t>☐</w:t>
          </w:r>
        </w:sdtContent>
      </w:sdt>
      <w:r w:rsidR="00C517DC">
        <w:t xml:space="preserve"> </w:t>
      </w:r>
      <w:r>
        <w:t xml:space="preserve">Yes   </w:t>
      </w:r>
      <w:sdt>
        <w:sdtPr>
          <w:id w:val="145821561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81EAD">
            <w:rPr>
              <w:rFonts w:ascii="MS Gothic" w:eastAsia="MS Gothic" w:hAnsi="MS Gothic" w:hint="eastAsia"/>
            </w:rPr>
            <w:t>☐</w:t>
          </w:r>
        </w:sdtContent>
      </w:sdt>
      <w:r>
        <w:t xml:space="preserve"> No</w:t>
      </w:r>
    </w:p>
    <w:p w14:paraId="3C95AA0B" w14:textId="77777777" w:rsidR="00C76D25" w:rsidRDefault="00000000">
      <w:r>
        <w:t>National Insurance Number: ________________________________________</w:t>
      </w:r>
    </w:p>
    <w:p w14:paraId="54A93C37" w14:textId="77777777" w:rsidR="00C76D25" w:rsidRDefault="00000000">
      <w:r>
        <w:t>Next of Kin Name: ________________________________________</w:t>
      </w:r>
    </w:p>
    <w:p w14:paraId="7B77EA1C" w14:textId="77777777" w:rsidR="00C76D25" w:rsidRDefault="00000000">
      <w:r>
        <w:t>Next of Kin Contact Number: ________________________________________</w:t>
      </w:r>
    </w:p>
    <w:p w14:paraId="425D3619" w14:textId="77777777" w:rsidR="00C76D25" w:rsidRDefault="00000000">
      <w:r>
        <w:t>Next of Kin Address: ________________________________________</w:t>
      </w:r>
    </w:p>
    <w:p w14:paraId="0CF135BA" w14:textId="77777777" w:rsidR="00C76D25" w:rsidRDefault="00000000">
      <w:r>
        <w:t>GP Name: ________________________________________</w:t>
      </w:r>
    </w:p>
    <w:p w14:paraId="1CA6CF7A" w14:textId="77777777" w:rsidR="00C76D25" w:rsidRDefault="00000000">
      <w:r>
        <w:t>GP Address: ________________________________________</w:t>
      </w:r>
    </w:p>
    <w:p w14:paraId="467249EC" w14:textId="77777777" w:rsidR="00C76D25" w:rsidRDefault="00000000">
      <w:r>
        <w:t>GP Contact Number: ________________________________________</w:t>
      </w:r>
    </w:p>
    <w:p w14:paraId="298AAAF8" w14:textId="77777777" w:rsidR="00C76D25" w:rsidRDefault="00000000">
      <w:r>
        <w:t>Level of Education (please check the correct one):</w:t>
      </w:r>
    </w:p>
    <w:p w14:paraId="47CDA377" w14:textId="2470A603" w:rsidR="00C76D25" w:rsidRDefault="00C517DC">
      <w:sdt>
        <w:sdtPr>
          <w:id w:val="147401579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 w:rsidR="00000000">
        <w:t xml:space="preserve"> High School   </w:t>
      </w:r>
      <w:sdt>
        <w:sdtPr>
          <w:id w:val="-183999934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 w:rsidR="00000000">
        <w:t xml:space="preserve"> Bachelor’s   </w:t>
      </w:r>
      <w:sdt>
        <w:sdtPr>
          <w:id w:val="142561376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 w:rsidR="00000000">
        <w:t xml:space="preserve"> Masters   </w:t>
      </w:r>
      <w:sdt>
        <w:sdtPr>
          <w:id w:val="-108660656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 w:rsidR="00000000">
        <w:t xml:space="preserve"> PhD   </w:t>
      </w:r>
      <w:sdt>
        <w:sdtPr>
          <w:id w:val="112581176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 w:rsidR="00000000">
        <w:t xml:space="preserve"> Vocational Trainings   </w:t>
      </w:r>
      <w:sdt>
        <w:sdtPr>
          <w:id w:val="-27425065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 w:rsidR="00000000">
        <w:t xml:space="preserve"> </w:t>
      </w:r>
      <w:proofErr w:type="spellStart"/>
      <w:r w:rsidR="00000000">
        <w:t>Etc</w:t>
      </w:r>
      <w:proofErr w:type="spellEnd"/>
    </w:p>
    <w:p w14:paraId="3704EEFD" w14:textId="77777777" w:rsidR="00C76D25" w:rsidRDefault="00000000">
      <w:r>
        <w:t>Course Name: ________________________________________</w:t>
      </w:r>
    </w:p>
    <w:p w14:paraId="535122D2" w14:textId="77777777" w:rsidR="00C76D25" w:rsidRDefault="00000000">
      <w:r>
        <w:t>University or School Name: ________________________________________</w:t>
      </w:r>
    </w:p>
    <w:p w14:paraId="6AB1B3FE" w14:textId="77777777" w:rsidR="00C76D25" w:rsidRDefault="00000000">
      <w:r>
        <w:t>Date of Course: ________________________________________</w:t>
      </w:r>
    </w:p>
    <w:p w14:paraId="3E531215" w14:textId="77777777" w:rsidR="00C76D25" w:rsidRDefault="00000000">
      <w:r>
        <w:t>What You Achieved: ________________________________________</w:t>
      </w:r>
    </w:p>
    <w:p w14:paraId="13E97E4E" w14:textId="77777777" w:rsidR="00C76D25" w:rsidRDefault="00000000">
      <w:r>
        <w:t>Please include any skills, experience, and qualifications that support this application:</w:t>
      </w:r>
    </w:p>
    <w:p w14:paraId="7F9F4588" w14:textId="77777777" w:rsidR="00C76D25" w:rsidRDefault="00000000">
      <w:r>
        <w:t>Course Name: ________________________________________</w:t>
      </w:r>
    </w:p>
    <w:p w14:paraId="1C3B7263" w14:textId="77777777" w:rsidR="00C76D25" w:rsidRDefault="00000000">
      <w:r>
        <w:t>University or School Name: ________________________________________</w:t>
      </w:r>
    </w:p>
    <w:p w14:paraId="2F9FFCBC" w14:textId="77777777" w:rsidR="00C76D25" w:rsidRDefault="00000000">
      <w:r>
        <w:t>Date of Course: ________________________________________</w:t>
      </w:r>
    </w:p>
    <w:p w14:paraId="27AF77B0" w14:textId="77777777" w:rsidR="00C76D25" w:rsidRDefault="00000000">
      <w:r>
        <w:t>What You Achieved: ________________________________________</w:t>
      </w:r>
    </w:p>
    <w:p w14:paraId="118F680B" w14:textId="620E3059" w:rsidR="00C76D25" w:rsidRDefault="00000000">
      <w:r>
        <w:t xml:space="preserve">Do you consider yourself to have a disability? </w:t>
      </w:r>
      <w:r w:rsidR="00781EAD">
        <w:t xml:space="preserve"> </w:t>
      </w:r>
      <w:sdt>
        <w:sdtPr>
          <w:id w:val="107416573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81EAD">
            <w:rPr>
              <w:rFonts w:ascii="MS Gothic" w:eastAsia="MS Gothic" w:hAnsi="MS Gothic" w:hint="eastAsia"/>
            </w:rPr>
            <w:t>☐</w:t>
          </w:r>
        </w:sdtContent>
      </w:sdt>
      <w:r w:rsidR="00781EAD">
        <w:t xml:space="preserve"> </w:t>
      </w:r>
      <w:r>
        <w:t xml:space="preserve">Yes   </w:t>
      </w:r>
      <w:sdt>
        <w:sdtPr>
          <w:id w:val="-37932071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81EAD">
            <w:rPr>
              <w:rFonts w:ascii="MS Gothic" w:eastAsia="MS Gothic" w:hAnsi="MS Gothic" w:hint="eastAsia"/>
            </w:rPr>
            <w:t>☐</w:t>
          </w:r>
        </w:sdtContent>
      </w:sdt>
      <w:r>
        <w:t xml:space="preserve"> No</w:t>
      </w:r>
    </w:p>
    <w:p w14:paraId="45971DF3" w14:textId="23F0C650" w:rsidR="00C76D25" w:rsidRDefault="00000000">
      <w:r>
        <w:t xml:space="preserve">Do you need a work permit to work in the UK? </w:t>
      </w:r>
      <w:r w:rsidR="00781EAD">
        <w:t xml:space="preserve"> </w:t>
      </w:r>
      <w:sdt>
        <w:sdtPr>
          <w:id w:val="-185571543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81EAD">
            <w:rPr>
              <w:rFonts w:ascii="MS Gothic" w:eastAsia="MS Gothic" w:hAnsi="MS Gothic" w:hint="eastAsia"/>
            </w:rPr>
            <w:t>☐</w:t>
          </w:r>
        </w:sdtContent>
      </w:sdt>
      <w:r w:rsidR="00781EAD">
        <w:t xml:space="preserve"> </w:t>
      </w:r>
      <w:r>
        <w:t xml:space="preserve">Yes   </w:t>
      </w:r>
      <w:sdt>
        <w:sdtPr>
          <w:id w:val="170729231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81EAD">
            <w:rPr>
              <w:rFonts w:ascii="MS Gothic" w:eastAsia="MS Gothic" w:hAnsi="MS Gothic" w:hint="eastAsia"/>
            </w:rPr>
            <w:t>☐</w:t>
          </w:r>
        </w:sdtContent>
      </w:sdt>
      <w:r>
        <w:t xml:space="preserve"> No</w:t>
      </w:r>
    </w:p>
    <w:p w14:paraId="5164D6B5" w14:textId="77777777" w:rsidR="00C76D25" w:rsidRDefault="00000000">
      <w:r>
        <w:t>When can you start work for us?: ________________________________________</w:t>
      </w:r>
    </w:p>
    <w:p w14:paraId="248DB905" w14:textId="77777777" w:rsidR="00C76D25" w:rsidRDefault="00000000">
      <w:pPr>
        <w:pStyle w:val="Heading2"/>
      </w:pPr>
      <w:r w:rsidRPr="00781EAD">
        <w:rPr>
          <w:color w:val="6A1B9A"/>
        </w:rPr>
        <w:t>References</w:t>
      </w:r>
    </w:p>
    <w:p w14:paraId="6BFFB16E" w14:textId="77777777" w:rsidR="00C76D25" w:rsidRPr="00781EAD" w:rsidRDefault="00000000">
      <w:pPr>
        <w:rPr>
          <w:color w:val="1A237E"/>
        </w:rPr>
      </w:pPr>
      <w:r w:rsidRPr="00781EAD">
        <w:rPr>
          <w:color w:val="1A237E"/>
        </w:rPr>
        <w:t>Reference 1:</w:t>
      </w:r>
    </w:p>
    <w:p w14:paraId="4B46C724" w14:textId="77777777" w:rsidR="00C76D25" w:rsidRDefault="00000000">
      <w:r>
        <w:t>Company Name: ________________________________________</w:t>
      </w:r>
    </w:p>
    <w:p w14:paraId="7552856B" w14:textId="77777777" w:rsidR="00C76D25" w:rsidRDefault="00000000">
      <w:r>
        <w:t>Nature of Business: ________________________________________</w:t>
      </w:r>
    </w:p>
    <w:p w14:paraId="79D555CD" w14:textId="77777777" w:rsidR="00C76D25" w:rsidRDefault="00000000">
      <w:r>
        <w:t>Job Period: ________________________________________</w:t>
      </w:r>
    </w:p>
    <w:p w14:paraId="08498419" w14:textId="77777777" w:rsidR="00C76D25" w:rsidRDefault="00000000">
      <w:r>
        <w:t>Reason For Leaving: ________________________________________</w:t>
      </w:r>
    </w:p>
    <w:p w14:paraId="075D78D8" w14:textId="77777777" w:rsidR="00C76D25" w:rsidRDefault="00000000">
      <w:r>
        <w:t>Contact Number: ________________________________________</w:t>
      </w:r>
    </w:p>
    <w:p w14:paraId="27F1AE11" w14:textId="77777777" w:rsidR="00C76D25" w:rsidRDefault="00000000">
      <w:r>
        <w:t>Contact Email Id: ________________________________________</w:t>
      </w:r>
    </w:p>
    <w:p w14:paraId="7DAF9378" w14:textId="77777777" w:rsidR="00C76D25" w:rsidRPr="00781EAD" w:rsidRDefault="00000000">
      <w:pPr>
        <w:rPr>
          <w:color w:val="1A237E"/>
        </w:rPr>
      </w:pPr>
      <w:r w:rsidRPr="00781EAD">
        <w:rPr>
          <w:color w:val="1A237E"/>
        </w:rPr>
        <w:t>Reference 2:</w:t>
      </w:r>
    </w:p>
    <w:p w14:paraId="53B965DE" w14:textId="77777777" w:rsidR="00C76D25" w:rsidRDefault="00000000">
      <w:r>
        <w:t>Company Name: ________________________________________</w:t>
      </w:r>
    </w:p>
    <w:p w14:paraId="0A85D87C" w14:textId="77777777" w:rsidR="00C76D25" w:rsidRDefault="00000000">
      <w:r>
        <w:t>Nature of Business: ________________________________________</w:t>
      </w:r>
    </w:p>
    <w:p w14:paraId="4BCEB090" w14:textId="77777777" w:rsidR="00C76D25" w:rsidRDefault="00000000">
      <w:r>
        <w:t>Job Period: ________________________________________</w:t>
      </w:r>
    </w:p>
    <w:p w14:paraId="535861E6" w14:textId="77777777" w:rsidR="00C76D25" w:rsidRDefault="00000000">
      <w:r>
        <w:t>Reason For Leaving: ________________________________________</w:t>
      </w:r>
    </w:p>
    <w:p w14:paraId="00B08961" w14:textId="77777777" w:rsidR="00C76D25" w:rsidRDefault="00000000">
      <w:r>
        <w:t>Contact Number: ________________________________________</w:t>
      </w:r>
    </w:p>
    <w:p w14:paraId="0F92F308" w14:textId="77777777" w:rsidR="00C76D25" w:rsidRDefault="00000000">
      <w:r>
        <w:t>Contact Email Id: ________________________________________</w:t>
      </w:r>
    </w:p>
    <w:p w14:paraId="0524F97E" w14:textId="31501080" w:rsidR="00C76D25" w:rsidRDefault="00781EAD">
      <w:sdt>
        <w:sdtPr>
          <w:id w:val="181290354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 w:rsidR="00000000">
        <w:t xml:space="preserve"> I confirm that to the best of my knowledge the information I have provided on this form is correct and I accept that providing deliberately false information could result in my dismissal.</w:t>
      </w:r>
    </w:p>
    <w:p w14:paraId="76841094" w14:textId="77777777" w:rsidR="00C76D25" w:rsidRPr="00781EAD" w:rsidRDefault="00000000">
      <w:pPr>
        <w:pStyle w:val="Heading2"/>
        <w:rPr>
          <w:color w:val="6A1B9A"/>
        </w:rPr>
      </w:pPr>
      <w:r w:rsidRPr="00781EAD">
        <w:rPr>
          <w:color w:val="6A1B9A"/>
        </w:rPr>
        <w:t xml:space="preserve">Please Attach </w:t>
      </w:r>
      <w:proofErr w:type="gramStart"/>
      <w:r w:rsidRPr="00781EAD">
        <w:rPr>
          <w:color w:val="6A1B9A"/>
        </w:rPr>
        <w:t>The</w:t>
      </w:r>
      <w:proofErr w:type="gramEnd"/>
      <w:r w:rsidRPr="00781EAD">
        <w:rPr>
          <w:color w:val="6A1B9A"/>
        </w:rPr>
        <w:t xml:space="preserve"> Following Documents</w:t>
      </w:r>
    </w:p>
    <w:p w14:paraId="437CEFFE" w14:textId="77777777" w:rsidR="00C76D25" w:rsidRDefault="00000000">
      <w:r>
        <w:t>• Current Passport (Picture)</w:t>
      </w:r>
    </w:p>
    <w:p w14:paraId="2B0FCD00" w14:textId="77777777" w:rsidR="00C76D25" w:rsidRDefault="00000000">
      <w:r>
        <w:t>• First Address Proof (Picture)</w:t>
      </w:r>
    </w:p>
    <w:p w14:paraId="183837CB" w14:textId="77777777" w:rsidR="00C76D25" w:rsidRDefault="00000000">
      <w:r>
        <w:t>• Second Address Proof (Picture)</w:t>
      </w:r>
    </w:p>
    <w:p w14:paraId="3FC12277" w14:textId="77777777" w:rsidR="00C76D25" w:rsidRDefault="00000000">
      <w:r>
        <w:t>• National Insurance Number or UTR Number</w:t>
      </w:r>
    </w:p>
    <w:p w14:paraId="6F540027" w14:textId="77777777" w:rsidR="00C76D25" w:rsidRDefault="00000000">
      <w:r>
        <w:t>• Paste your updated CV Google Drive link</w:t>
      </w:r>
    </w:p>
    <w:p w14:paraId="0496B89B" w14:textId="77777777" w:rsidR="00C76D25" w:rsidRDefault="00000000">
      <w:r>
        <w:t>• Any other documents (Google Drive link)</w:t>
      </w:r>
    </w:p>
    <w:sectPr w:rsidR="00C76D25" w:rsidSect="0017412A">
      <w:headerReference w:type="default" r:id="rId8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3688C9" w14:textId="77777777" w:rsidR="0017412A" w:rsidRDefault="0017412A" w:rsidP="00781EAD">
      <w:pPr>
        <w:spacing w:after="0" w:line="240" w:lineRule="auto"/>
      </w:pPr>
      <w:r>
        <w:separator/>
      </w:r>
    </w:p>
  </w:endnote>
  <w:endnote w:type="continuationSeparator" w:id="0">
    <w:p w14:paraId="0D3D04D0" w14:textId="77777777" w:rsidR="0017412A" w:rsidRDefault="0017412A" w:rsidP="00781E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60846B" w14:textId="77777777" w:rsidR="0017412A" w:rsidRDefault="0017412A" w:rsidP="00781EAD">
      <w:pPr>
        <w:spacing w:after="0" w:line="240" w:lineRule="auto"/>
      </w:pPr>
      <w:r>
        <w:separator/>
      </w:r>
    </w:p>
  </w:footnote>
  <w:footnote w:type="continuationSeparator" w:id="0">
    <w:p w14:paraId="18DEF5CF" w14:textId="77777777" w:rsidR="0017412A" w:rsidRDefault="0017412A" w:rsidP="00781EA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267F39" w14:textId="5048C7D0" w:rsidR="00781EAD" w:rsidRDefault="00781EAD">
    <w:pPr>
      <w:pStyle w:val="Head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132657AC" wp14:editId="0FD10A2B">
          <wp:simplePos x="0" y="0"/>
          <wp:positionH relativeFrom="margin">
            <wp:posOffset>1200150</wp:posOffset>
          </wp:positionH>
          <wp:positionV relativeFrom="margin">
            <wp:posOffset>-908685</wp:posOffset>
          </wp:positionV>
          <wp:extent cx="2781300" cy="909073"/>
          <wp:effectExtent l="0" t="0" r="0" b="0"/>
          <wp:wrapSquare wrapText="bothSides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781300" cy="90907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400667783">
    <w:abstractNumId w:val="8"/>
  </w:num>
  <w:num w:numId="2" w16cid:durableId="789275784">
    <w:abstractNumId w:val="6"/>
  </w:num>
  <w:num w:numId="3" w16cid:durableId="1813405818">
    <w:abstractNumId w:val="5"/>
  </w:num>
  <w:num w:numId="4" w16cid:durableId="1825581067">
    <w:abstractNumId w:val="4"/>
  </w:num>
  <w:num w:numId="5" w16cid:durableId="2008362513">
    <w:abstractNumId w:val="7"/>
  </w:num>
  <w:num w:numId="6" w16cid:durableId="706416721">
    <w:abstractNumId w:val="3"/>
  </w:num>
  <w:num w:numId="7" w16cid:durableId="53235195">
    <w:abstractNumId w:val="2"/>
  </w:num>
  <w:num w:numId="8" w16cid:durableId="1385107489">
    <w:abstractNumId w:val="1"/>
  </w:num>
  <w:num w:numId="9" w16cid:durableId="1765825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17412A"/>
    <w:rsid w:val="00183271"/>
    <w:rsid w:val="0029639D"/>
    <w:rsid w:val="00326F90"/>
    <w:rsid w:val="005B60CD"/>
    <w:rsid w:val="00781EAD"/>
    <w:rsid w:val="00AA1D8D"/>
    <w:rsid w:val="00B47730"/>
    <w:rsid w:val="00C517DC"/>
    <w:rsid w:val="00C76D25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8584161"/>
  <w14:defaultImageDpi w14:val="330"/>
  <w15:docId w15:val="{A34B7C1B-AD17-4AC6-A9D8-D610FE0C92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3</Pages>
  <Words>609</Words>
  <Characters>3476</Characters>
  <Application>Microsoft Office Word</Application>
  <DocSecurity>0</DocSecurity>
  <Lines>28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8</vt:i4>
      </vt:variant>
    </vt:vector>
  </HeadingPairs>
  <TitlesOfParts>
    <vt:vector size="9" baseType="lpstr">
      <vt:lpstr/>
      <vt:lpstr>Application Form</vt:lpstr>
      <vt:lpstr>    Job Category</vt:lpstr>
      <vt:lpstr>    Nursing Roles</vt:lpstr>
      <vt:lpstr>    Allied Health Professionals (AHPs)</vt:lpstr>
      <vt:lpstr>    Care Home and Hospice Staff</vt:lpstr>
      <vt:lpstr>    Administrative and Support Roles</vt:lpstr>
      <vt:lpstr>    References</vt:lpstr>
      <vt:lpstr>    Please Attach The Following Documents</vt:lpstr>
    </vt:vector>
  </TitlesOfParts>
  <Manager/>
  <Company/>
  <LinksUpToDate>false</LinksUpToDate>
  <CharactersWithSpaces>4077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Suh</cp:lastModifiedBy>
  <cp:revision>3</cp:revision>
  <dcterms:created xsi:type="dcterms:W3CDTF">2013-12-23T23:15:00Z</dcterms:created>
  <dcterms:modified xsi:type="dcterms:W3CDTF">2025-05-10T09:12:00Z</dcterms:modified>
  <cp:category/>
</cp:coreProperties>
</file>